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ESPAÑA E ITALIA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Richiesta di certificato accademico ufficiale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Modello in italiano per richiedere certificazione degli esami, crediti, voti e date.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Università italiana.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Dati del richiedente</w:t>
      </w:r>
    </w:p>
    <w:p>
      <w:pPr>
        <w:jc w:val="both"/>
      </w:pPr>
      <w:r>
        <w:rPr>
          <w:rFonts w:ascii="Arial" w:hAnsi="Arial"/>
        </w:rPr>
        <w:t xml:space="preserve">Il/La sottoscritto/a </w:t>
      </w:r>
      <w:r>
        <w:rPr>
          <w:rFonts w:ascii="Arial" w:hAnsi="Arial"/>
          <w:b/>
          <w:color w:val="397CDD"/>
          <w:shd w:fill="E5EFFC"/>
        </w:rPr>
        <w:t>{{NOME_COGNOME}}</w:t>
      </w:r>
      <w:r>
        <w:rPr>
          <w:rFonts w:ascii="Arial" w:hAnsi="Arial"/>
        </w:rPr>
        <w:t xml:space="preserve">, codice fiscale </w:t>
      </w:r>
      <w:r>
        <w:rPr>
          <w:rFonts w:ascii="Arial" w:hAnsi="Arial"/>
          <w:b/>
          <w:color w:val="397CDD"/>
          <w:shd w:fill="E5EFFC"/>
        </w:rPr>
        <w:t>{{CODICE_FISCALE}}</w:t>
      </w:r>
      <w:r>
        <w:rPr>
          <w:rFonts w:ascii="Arial" w:hAnsi="Arial"/>
        </w:rPr>
        <w:t xml:space="preserve">, matricola </w:t>
      </w:r>
      <w:r>
        <w:rPr>
          <w:rFonts w:ascii="Arial" w:hAnsi="Arial"/>
          <w:b/>
          <w:color w:val="397CDD"/>
          <w:shd w:fill="E5EFFC"/>
        </w:rPr>
        <w:t>{{MATRICOLA}}</w:t>
      </w:r>
      <w:r>
        <w:rPr>
          <w:rFonts w:ascii="Arial" w:hAnsi="Arial"/>
        </w:rPr>
        <w:t xml:space="preserve">, recapito </w:t>
      </w:r>
      <w:r>
        <w:rPr>
          <w:rFonts w:ascii="Arial" w:hAnsi="Arial"/>
          <w:b/>
          <w:color w:val="397CDD"/>
          <w:shd w:fill="E5EFFC"/>
        </w:rPr>
        <w:t>{{RECAPITO}}</w:t>
      </w:r>
      <w:r>
        <w:rPr>
          <w:rFonts w:ascii="Arial" w:hAnsi="Arial"/>
        </w:rPr>
        <w:t>.</w:t>
      </w:r>
    </w:p>
    <w:p>
      <w:pPr>
        <w:pStyle w:val="Heading2"/>
      </w:pPr>
      <w:r>
        <w:t>Titolo e percorso</w:t>
      </w:r>
    </w:p>
    <w:p>
      <w:pPr>
        <w:jc w:val="both"/>
      </w:pPr>
      <w:r>
        <w:rPr>
          <w:rFonts w:ascii="Arial" w:hAnsi="Arial"/>
        </w:rPr>
        <w:t xml:space="preserve">Corso di laurea </w:t>
      </w:r>
      <w:r>
        <w:rPr>
          <w:rFonts w:ascii="Arial" w:hAnsi="Arial"/>
          <w:b/>
          <w:color w:val="397CDD"/>
          <w:shd w:fill="E5EFFC"/>
        </w:rPr>
        <w:t>{{CORSO}}</w:t>
      </w:r>
      <w:r>
        <w:rPr>
          <w:rFonts w:ascii="Arial" w:hAnsi="Arial"/>
        </w:rPr>
        <w:t xml:space="preserve">, classe </w:t>
      </w:r>
      <w:r>
        <w:rPr>
          <w:rFonts w:ascii="Arial" w:hAnsi="Arial"/>
          <w:b/>
          <w:color w:val="397CDD"/>
          <w:shd w:fill="E5EFFC"/>
        </w:rPr>
        <w:t>{{CLASSE}}</w:t>
      </w:r>
      <w:r>
        <w:rPr>
          <w:rFonts w:ascii="Arial" w:hAnsi="Arial"/>
        </w:rPr>
        <w:t xml:space="preserve">, anno di conseguimento </w:t>
      </w:r>
      <w:r>
        <w:rPr>
          <w:rFonts w:ascii="Arial" w:hAnsi="Arial"/>
          <w:b/>
          <w:color w:val="397CDD"/>
          <w:shd w:fill="E5EFFC"/>
        </w:rPr>
        <w:t>{{ANNO}}</w:t>
      </w:r>
      <w:r>
        <w:rPr>
          <w:rFonts w:ascii="Arial" w:hAnsi="Arial"/>
        </w:rPr>
        <w:t>.</w:t>
      </w:r>
    </w:p>
    <w:p>
      <w:pPr>
        <w:pStyle w:val="Heading2"/>
      </w:pPr>
      <w:r>
        <w:t>Documenti richiesti</w:t>
      </w:r>
    </w:p>
    <w:p>
      <w:pPr>
        <w:jc w:val="both"/>
      </w:pPr>
      <w:r>
        <w:rPr>
          <w:rFonts w:ascii="Arial" w:hAnsi="Arial"/>
        </w:rPr>
        <w:t xml:space="preserve">Si richiede certificato ufficiale con elenco degli esami, SSD, CFU, voti, date, durata legale e voto finale, nonché </w:t>
      </w:r>
      <w:r>
        <w:rPr>
          <w:rFonts w:ascii="Arial" w:hAnsi="Arial"/>
          <w:b/>
          <w:color w:val="397CDD"/>
          <w:shd w:fill="E5EFFC"/>
        </w:rPr>
        <w:t>{{ALTRI_DATI}}</w:t>
      </w:r>
      <w:r>
        <w:rPr>
          <w:rFonts w:ascii="Arial" w:hAnsi="Arial"/>
        </w:rPr>
        <w:t>.</w:t>
      </w:r>
    </w:p>
    <w:p>
      <w:pPr>
        <w:pStyle w:val="Heading2"/>
      </w:pPr>
      <w:r>
        <w:t>Formato e uso</w:t>
      </w:r>
    </w:p>
    <w:p>
      <w:pPr>
        <w:jc w:val="both"/>
      </w:pPr>
      <w:r>
        <w:rPr>
          <w:rFonts w:ascii="Arial" w:hAnsi="Arial"/>
        </w:rPr>
        <w:t xml:space="preserve">Il documento è destinato a </w:t>
      </w:r>
      <w:r>
        <w:rPr>
          <w:rFonts w:ascii="Arial" w:hAnsi="Arial"/>
          <w:b/>
          <w:color w:val="397CDD"/>
          <w:shd w:fill="E5EFFC"/>
        </w:rPr>
        <w:t>{{FINALITA_SPAGNA}}</w:t>
      </w:r>
      <w:r>
        <w:rPr>
          <w:rFonts w:ascii="Arial" w:hAnsi="Arial"/>
        </w:rPr>
        <w:t xml:space="preserve">. Si richiede formato </w:t>
      </w:r>
      <w:r>
        <w:rPr>
          <w:rFonts w:ascii="Arial" w:hAnsi="Arial"/>
          <w:b/>
          <w:color w:val="397CDD"/>
          <w:shd w:fill="E5EFFC"/>
        </w:rPr>
        <w:t>{{FORMATO}}</w:t>
      </w:r>
      <w:r>
        <w:rPr>
          <w:rFonts w:ascii="Arial" w:hAnsi="Arial"/>
        </w:rPr>
        <w:t>, firma o sigillo verificabile e indicazione delle modalità di autenticazione.</w:t>
      </w:r>
    </w:p>
    <w:p>
      <w:pPr>
        <w:pStyle w:val="Heading2"/>
      </w:pPr>
      <w:r>
        <w:t>Invio</w:t>
      </w:r>
    </w:p>
    <w:p>
      <w:pPr>
        <w:jc w:val="both"/>
      </w:pPr>
      <w:r>
        <w:rPr>
          <w:rFonts w:ascii="Arial" w:hAnsi="Arial"/>
        </w:rPr>
        <w:t xml:space="preserve">Si prega di inviare a </w:t>
      </w:r>
      <w:r>
        <w:rPr>
          <w:rFonts w:ascii="Arial" w:hAnsi="Arial"/>
          <w:b/>
          <w:color w:val="397CDD"/>
          <w:shd w:fill="E5EFFC"/>
        </w:rPr>
        <w:t>{{DESTINAZIONE}}</w:t>
      </w:r>
      <w:r>
        <w:rPr>
          <w:rFonts w:ascii="Arial" w:hAnsi="Arial"/>
        </w:rPr>
        <w:t xml:space="preserve"> e comunicare preventivamente costi, imposte e tempi.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Documento di identità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Matricola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Denominazione esatta del corso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Finalità in Spagna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Eventuale delega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Verificare se l'università impone un proprio modulo.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Certificato, traduzione e legalizzazione sono passaggi distinti.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documentazione richiesta varia secondo l'università spagnola scelta.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Ministero dell'Università e della Ricerca</w:t>
      </w:r>
      <w:r>
        <w:t xml:space="preserve"> — https://www.mur.gov.it/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