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CONCILIACIÓN LABORAL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Papeleta de despido nulo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Prepara una conciliación por despido nulo sin reclamación adicional de cantidades.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conciliación laboral territorialmente competente.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 de las partes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Y APELLIDOS]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 y domicilio a efectos de notificaciones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 xml:space="preserve">, comparece en nombre propio </w:t>
      </w:r>
      <w:r>
        <w:rPr>
          <w:rFonts w:ascii="Arial" w:hAnsi="Arial"/>
          <w:b/>
          <w:color w:val="397CDD"/>
          <w:shd w:fill="E5EFFC"/>
        </w:rPr>
        <w:t>[O REPRESENTACIÓN ACREDITADA]</w:t>
      </w:r>
      <w:r>
        <w:rPr>
          <w:rFonts w:ascii="Arial" w:hAnsi="Arial"/>
        </w:rPr>
        <w:t xml:space="preserve"> y promueve conciliación frente a </w:t>
      </w:r>
      <w:r>
        <w:rPr>
          <w:rFonts w:ascii="Arial" w:hAnsi="Arial"/>
          <w:b/>
          <w:color w:val="397CDD"/>
          <w:shd w:fill="E5EFFC"/>
        </w:rPr>
        <w:t>[EMPRESA O PERSONA EMPLEADORA]</w:t>
      </w:r>
      <w:r>
        <w:rPr>
          <w:rFonts w:ascii="Arial" w:hAnsi="Arial"/>
        </w:rPr>
        <w:t xml:space="preserve">, con NIF </w:t>
      </w:r>
      <w:r>
        <w:rPr>
          <w:rFonts w:ascii="Arial" w:hAnsi="Arial"/>
          <w:b/>
          <w:color w:val="397CDD"/>
          <w:shd w:fill="E5EFFC"/>
        </w:rPr>
        <w:t>[NIF]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Otros interesados y motivo de su intervención: </w:t>
      </w:r>
      <w:r>
        <w:rPr>
          <w:rFonts w:ascii="Arial" w:hAnsi="Arial"/>
          <w:b/>
          <w:color w:val="397CDD"/>
          <w:shd w:fill="E5EFFC"/>
        </w:rPr>
        <w:t>[IDENTIFICACIÓN Y HECHOS O ELIMINAR SI NO PROCEDE]</w:t>
      </w:r>
      <w:r>
        <w:rPr>
          <w:rFonts w:ascii="Arial" w:hAnsi="Arial"/>
        </w:rPr>
        <w:t xml:space="preserve">. Medio de contacto para comunicaciones: </w:t>
      </w:r>
      <w:r>
        <w:rPr>
          <w:rFonts w:ascii="Arial" w:hAnsi="Arial"/>
          <w:b/>
          <w:color w:val="397CDD"/>
          <w:shd w:fill="E5EFFC"/>
        </w:rPr>
        <w:t>[TELÉFONO Y CORREO]</w:t>
      </w:r>
      <w:r>
        <w:rPr>
          <w:rFonts w:ascii="Arial" w:hAnsi="Arial"/>
        </w:rPr>
        <w:t>.</w:t>
      </w:r>
    </w:p>
    <w:p>
      <w:pPr>
        <w:pStyle w:val="Heading2"/>
      </w:pPr>
      <w:r>
        <w:t>Prestación de servicios</w:t>
      </w:r>
    </w:p>
    <w:p>
      <w:pPr>
        <w:jc w:val="both"/>
      </w:pPr>
      <w:r>
        <w:rPr>
          <w:rFonts w:ascii="Arial" w:hAnsi="Arial"/>
        </w:rPr>
        <w:t xml:space="preserve">Presto o he prestado servicios desde </w:t>
      </w:r>
      <w:r>
        <w:rPr>
          <w:rFonts w:ascii="Arial" w:hAnsi="Arial"/>
          <w:b/>
          <w:color w:val="397CDD"/>
          <w:shd w:fill="E5EFFC"/>
        </w:rPr>
        <w:t>[FECHA REAL DE INICIO]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[CENTRO Y LOCALIDAD]</w:t>
      </w:r>
      <w:r>
        <w:rPr>
          <w:rFonts w:ascii="Arial" w:hAnsi="Arial"/>
        </w:rPr>
        <w:t xml:space="preserve">, realizando </w:t>
      </w:r>
      <w:r>
        <w:rPr>
          <w:rFonts w:ascii="Arial" w:hAnsi="Arial"/>
          <w:b/>
          <w:color w:val="397CDD"/>
          <w:shd w:fill="E5EFFC"/>
        </w:rPr>
        <w:t>[FUNCIONES]</w:t>
      </w:r>
      <w:r>
        <w:rPr>
          <w:rFonts w:ascii="Arial" w:hAnsi="Arial"/>
        </w:rPr>
        <w:t xml:space="preserve">, con grupo o categoría </w:t>
      </w:r>
      <w:r>
        <w:rPr>
          <w:rFonts w:ascii="Arial" w:hAnsi="Arial"/>
          <w:b/>
          <w:color w:val="397CDD"/>
          <w:shd w:fill="E5EFFC"/>
        </w:rPr>
        <w:t>[GRUPO]</w:t>
      </w:r>
      <w:r>
        <w:rPr>
          <w:rFonts w:ascii="Arial" w:hAnsi="Arial"/>
        </w:rPr>
        <w:t xml:space="preserve">, jornada </w:t>
      </w:r>
      <w:r>
        <w:rPr>
          <w:rFonts w:ascii="Arial" w:hAnsi="Arial"/>
          <w:b/>
          <w:color w:val="397CDD"/>
          <w:shd w:fill="E5EFFC"/>
        </w:rPr>
        <w:t>[JORNADA Y HORARIO]</w:t>
      </w:r>
      <w:r>
        <w:rPr>
          <w:rFonts w:ascii="Arial" w:hAnsi="Arial"/>
        </w:rPr>
        <w:t xml:space="preserve"> y salario bruto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 </w:t>
      </w:r>
      <w:r>
        <w:rPr>
          <w:rFonts w:ascii="Arial" w:hAnsi="Arial"/>
          <w:b/>
          <w:color w:val="397CDD"/>
          <w:shd w:fill="E5EFFC"/>
        </w:rPr>
        <w:t>[PERIODICIDAD]</w:t>
      </w:r>
      <w:r>
        <w:rPr>
          <w:rFonts w:ascii="Arial" w:hAnsi="Arial"/>
        </w:rPr>
        <w:t xml:space="preserve">, con pagas extraordinarias </w:t>
      </w:r>
      <w:r>
        <w:rPr>
          <w:rFonts w:ascii="Arial" w:hAnsi="Arial"/>
          <w:b/>
          <w:color w:val="397CDD"/>
          <w:shd w:fill="E5EFFC"/>
        </w:rPr>
        <w:t>[RÉGIMEN Y CUANTÍA]</w:t>
      </w:r>
      <w:r>
        <w:rPr>
          <w:rFonts w:ascii="Arial" w:hAnsi="Arial"/>
        </w:rPr>
        <w:t xml:space="preserve">. Convenio invocado y motivo de su aplicación: </w:t>
      </w:r>
      <w:r>
        <w:rPr>
          <w:rFonts w:ascii="Arial" w:hAnsi="Arial"/>
          <w:b/>
          <w:color w:val="397CDD"/>
          <w:shd w:fill="E5EFFC"/>
        </w:rPr>
        <w:t>[CONVENIO Y ÁMBITO]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Antigüedad reconocida por la empresa, si difiere: </w:t>
      </w:r>
      <w:r>
        <w:rPr>
          <w:rFonts w:ascii="Arial" w:hAnsi="Arial"/>
          <w:b/>
          <w:color w:val="397CDD"/>
          <w:shd w:fill="E5EFFC"/>
        </w:rPr>
        <w:t>[FECHA Y DIFERENCIA]</w:t>
      </w:r>
      <w:r>
        <w:rPr>
          <w:rFonts w:ascii="Arial" w:hAnsi="Arial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397CDD"/>
          <w:shd w:fill="E5EFFC"/>
        </w:rPr>
        <w:t>[INDICAR]</w:t>
      </w:r>
      <w:r>
        <w:rPr>
          <w:rFonts w:ascii="Arial" w:hAnsi="Arial"/>
        </w:rPr>
        <w:t xml:space="preserve">. Circunstancias representativas o sindicales relevantes para la impugnación: </w:t>
      </w:r>
      <w:r>
        <w:rPr>
          <w:rFonts w:ascii="Arial" w:hAnsi="Arial"/>
          <w:b/>
          <w:color w:val="397CDD"/>
          <w:shd w:fill="E5EFFC"/>
        </w:rPr>
        <w:t>[HECHOS O NO PROCEDE]</w:t>
      </w:r>
      <w:r>
        <w:rPr>
          <w:rFonts w:ascii="Arial" w:hAnsi="Arial"/>
        </w:rPr>
        <w:t>.</w:t>
      </w:r>
    </w:p>
    <w:p>
      <w:pPr>
        <w:pStyle w:val="Heading2"/>
      </w:pPr>
      <w:r>
        <w:t>Hechos del despido</w:t>
      </w:r>
    </w:p>
    <w:p>
      <w:pPr>
        <w:jc w:val="both"/>
      </w:pPr>
      <w:r>
        <w:rPr>
          <w:rFonts w:ascii="Arial" w:hAnsi="Arial"/>
        </w:rPr>
        <w:t xml:space="preserve">El </w:t>
      </w:r>
      <w:r>
        <w:rPr>
          <w:rFonts w:ascii="Arial" w:hAnsi="Arial"/>
          <w:b/>
          <w:color w:val="397CDD"/>
          <w:shd w:fill="E5EFFC"/>
        </w:rPr>
        <w:t>[FECHA DE COMUNICACIÓN]</w:t>
      </w:r>
      <w:r>
        <w:rPr>
          <w:rFonts w:ascii="Arial" w:hAnsi="Arial"/>
        </w:rPr>
        <w:t xml:space="preserve"> la empresa comunicó por </w:t>
      </w:r>
      <w:r>
        <w:rPr>
          <w:rFonts w:ascii="Arial" w:hAnsi="Arial"/>
          <w:b/>
          <w:color w:val="397CDD"/>
          <w:shd w:fill="E5EFFC"/>
        </w:rPr>
        <w:t>[CARTA, MENSAJE, COMUNICACIÓN VERBAL O ACTOS CONCLUYENTES]</w:t>
      </w:r>
      <w:r>
        <w:rPr>
          <w:rFonts w:ascii="Arial" w:hAnsi="Arial"/>
        </w:rPr>
        <w:t xml:space="preserve"> la extinción con efectos 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. El contenido concreto fue </w:t>
      </w:r>
      <w:r>
        <w:rPr>
          <w:rFonts w:ascii="Arial" w:hAnsi="Arial"/>
          <w:b/>
          <w:color w:val="397CDD"/>
          <w:shd w:fill="E5EFFC"/>
        </w:rPr>
        <w:t>[DESCRIPCIÓN O TRANSCRIPCIÓN NECESARIA]</w:t>
      </w:r>
      <w:r>
        <w:rPr>
          <w:rFonts w:ascii="Arial" w:hAnsi="Arial"/>
        </w:rPr>
        <w:t xml:space="preserve">. Se aporta o identifica </w:t>
      </w:r>
      <w:r>
        <w:rPr>
          <w:rFonts w:ascii="Arial" w:hAnsi="Arial"/>
          <w:b/>
          <w:color w:val="397CDD"/>
          <w:shd w:fill="E5EFFC"/>
        </w:rPr>
        <w:t>[DOCUMENTO O MEDIO DE PRUEBA]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La decisión se produjo en estas circunstancias: </w:t>
      </w:r>
      <w:r>
        <w:rPr>
          <w:rFonts w:ascii="Arial" w:hAnsi="Arial"/>
          <w:b/>
          <w:color w:val="397CDD"/>
          <w:shd w:fill="E5EFFC"/>
        </w:rPr>
        <w:t>[CRONOLOGÍA, HECHOS CONCRETOS Y PERSONAS INTERVINIENTES]</w:t>
      </w:r>
      <w:r>
        <w:rPr>
          <w:rFonts w:ascii="Arial" w:hAnsi="Arial"/>
        </w:rPr>
        <w:t xml:space="preserve">. No he presentado una baja voluntaria. Mi posición sobre lo afirmado por la empresa es </w:t>
      </w:r>
      <w:r>
        <w:rPr>
          <w:rFonts w:ascii="Arial" w:hAnsi="Arial"/>
          <w:b/>
          <w:color w:val="397CDD"/>
          <w:shd w:fill="E5EFFC"/>
        </w:rPr>
        <w:t>[HECHOS ADMITIDOS Y HECHOS DISCUTIDOS CON SU MOTIVO]</w:t>
      </w:r>
      <w:r>
        <w:rPr>
          <w:rFonts w:ascii="Arial" w:hAnsi="Arial"/>
        </w:rPr>
        <w:t>.</w:t>
      </w:r>
    </w:p>
    <w:p>
      <w:pPr>
        <w:pStyle w:val="Heading2"/>
      </w:pPr>
      <w:r>
        <w:t>Fundamento de la petición de nulidad</w:t>
      </w:r>
    </w:p>
    <w:p>
      <w:pPr>
        <w:jc w:val="both"/>
      </w:pPr>
      <w:r>
        <w:rPr>
          <w:rFonts w:ascii="Arial" w:hAnsi="Arial"/>
        </w:rPr>
        <w:t xml:space="preserve">La nulidad se solicita por </w:t>
      </w:r>
      <w:r>
        <w:rPr>
          <w:rFonts w:ascii="Arial" w:hAnsi="Arial"/>
          <w:b/>
          <w:color w:val="397CDD"/>
          <w:shd w:fill="E5EFFC"/>
        </w:rPr>
        <w:t>[CAUSA LEGAL CONCRETA]</w:t>
      </w:r>
      <w:r>
        <w:rPr>
          <w:rFonts w:ascii="Arial" w:hAnsi="Arial"/>
        </w:rPr>
        <w:t xml:space="preserve">. Los hechos que la sustentan, sus fechas y los indicios disponibles son </w:t>
      </w:r>
      <w:r>
        <w:rPr>
          <w:rFonts w:ascii="Arial" w:hAnsi="Arial"/>
          <w:b/>
          <w:color w:val="397CDD"/>
          <w:shd w:fill="E5EFFC"/>
        </w:rPr>
        <w:t>[HECHOS Y PRUEBAS]</w:t>
      </w:r>
      <w:r>
        <w:rPr>
          <w:rFonts w:ascii="Arial" w:hAnsi="Arial"/>
        </w:rPr>
        <w:t xml:space="preserve">. El conocimiento empresarial, cuando resulte relevante, se acredita mediante </w:t>
      </w:r>
      <w:r>
        <w:rPr>
          <w:rFonts w:ascii="Arial" w:hAnsi="Arial"/>
          <w:b/>
          <w:color w:val="397CDD"/>
          <w:shd w:fill="E5EFFC"/>
        </w:rPr>
        <w:t>[COMUNICACIONES O INDICIOS]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Si se alega discriminación o lesión de derechos fundamentales, se identifica </w:t>
      </w:r>
      <w:r>
        <w:rPr>
          <w:rFonts w:ascii="Arial" w:hAnsi="Arial"/>
          <w:b/>
          <w:color w:val="397CDD"/>
          <w:shd w:fill="E5EFFC"/>
        </w:rPr>
        <w:t>[DERECHO AFECTADO]</w:t>
      </w:r>
      <w:r>
        <w:rPr>
          <w:rFonts w:ascii="Arial" w:hAnsi="Arial"/>
        </w:rPr>
        <w:t xml:space="preserve">, la conducta atribuida a la empresa y su conexión con el despido: </w:t>
      </w:r>
      <w:r>
        <w:rPr>
          <w:rFonts w:ascii="Arial" w:hAnsi="Arial"/>
          <w:b/>
          <w:color w:val="397CDD"/>
          <w:shd w:fill="E5EFFC"/>
        </w:rPr>
        <w:t>[EXPLICACIÓN CONCRETA]</w:t>
      </w:r>
      <w:r>
        <w:rPr>
          <w:rFonts w:ascii="Arial" w:hAnsi="Arial"/>
        </w:rPr>
        <w:t>. Si se invoca una causa legal de nulidad objetiva, se describe el supuesto y sus fechas sin atribuir automáticamente un daño moral.</w:t>
      </w:r>
    </w:p>
    <w:p>
      <w:pPr>
        <w:pStyle w:val="Heading2"/>
      </w:pPr>
      <w:r>
        <w:t>Petición de conciliación</w:t>
      </w:r>
    </w:p>
    <w:p>
      <w:pPr>
        <w:jc w:val="both"/>
      </w:pPr>
      <w:r>
        <w:rPr>
          <w:rFonts w:ascii="Arial" w:hAnsi="Arial"/>
        </w:rPr>
        <w:t>Que se reconozca la nulidad del despido, con readmisión inmediata y abono de los salarios dejados de percibir, en los términos legalmente procedentes.</w:t>
      </w:r>
    </w:p>
    <w:p>
      <w:pPr>
        <w:jc w:val="both"/>
      </w:pPr>
      <w:r>
        <w:rPr>
          <w:rFonts w:ascii="Arial" w:hAnsi="Arial"/>
          <w:b/>
          <w:color w:val="397CDD"/>
          <w:shd w:fill="E5EFFC"/>
        </w:rPr>
        <w:t>[SOLO SI SE RECLAMAN DAÑOS POR LESIÓN DE DERECHOS: Se solicita además [IMPORTE]</w:t>
      </w:r>
      <w:r>
        <w:rPr>
          <w:rFonts w:ascii="Arial" w:hAnsi="Arial"/>
        </w:rPr>
        <w:t xml:space="preserve"> euros por </w:t>
      </w:r>
      <w:r>
        <w:rPr>
          <w:rFonts w:ascii="Arial" w:hAnsi="Arial"/>
          <w:b/>
          <w:color w:val="397CDD"/>
          <w:shd w:fill="E5EFFC"/>
        </w:rPr>
        <w:t>[DAÑOS CONCRETOS]</w:t>
      </w:r>
      <w:r>
        <w:rPr>
          <w:rFonts w:ascii="Arial" w:hAnsi="Arial"/>
        </w:rPr>
        <w:t xml:space="preserve">, con base en </w:t>
      </w:r>
      <w:r>
        <w:rPr>
          <w:rFonts w:ascii="Arial" w:hAnsi="Arial"/>
          <w:b/>
          <w:color w:val="397CDD"/>
          <w:shd w:fill="E5EFFC"/>
        </w:rPr>
        <w:t>[HECHOS, CRITERIOS Y JUSTIFICACIÓN]</w:t>
      </w:r>
      <w:r>
        <w:rPr>
          <w:rFonts w:ascii="Arial" w:hAnsi="Arial"/>
        </w:rPr>
        <w:t>. Eliminar íntegramente esta petición si no se ejercita].</w:t>
      </w:r>
    </w:p>
    <w:p>
      <w:pPr>
        <w:jc w:val="both"/>
      </w:pPr>
      <w:r>
        <w:rPr>
          <w:rFonts w:ascii="Arial" w:hAnsi="Arial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Identificación y domicilios de todos los interesados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real de inicio, salario bruto, pagas y jornada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Carta o prueba del despido y fechas exactas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Calendario del plazo y justificante de registro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Convenio aplicable y pruebas de cada hecho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El despido tiene un plazo de caducidad de veinte días hábiles. Calcula el plazo con las fechas reales y el calendario aplicable; agosto no es inhábil para esta modalidad. No esperes una respuesta informal de la empresa.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Este escrito es una papeleta, no una demanda ni una denuncia a Inspección. La descarga, el envío al despacho o un correo ordinario no equivalen a su registro ante el servicio competente.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inventes hechos ni elijas la nulidad como etiqueta más favorable. Describe desde la papeleta los hechos esenciales y las peticiones; la demanda posterior está sujeta a reglas de coherencia con lo alegado.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Esta versión no incorpora reclamación adicional de salarios o finiquito. Si existen cantidades, utiliza la variante correspondiente y desglósalas.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LRJS arts. 26, 63 a 66, 80, 103 y 184</w:t>
        </w:r>
      </w:hyperlink>
    </w:p>
    <w:p>
      <w:pPr>
        <w:jc w:val="both"/>
      </w:pPr>
      <w:hyperlink r:id="rId12">
        <w:r>
          <w:t>ET arts. 55, 56 y 59</w:t>
        </w:r>
      </w:hyperlink>
    </w:p>
    <w:p>
      <w:pPr>
        <w:jc w:val="both"/>
      </w:pPr>
      <w:hyperlink r:id="rId13">
        <w:r>
          <w:t>Contenido de la papeleta art. 6 RD 2756/1979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" TargetMode="External"/><Relationship Id="rId12" Type="http://schemas.openxmlformats.org/officeDocument/2006/relationships/hyperlink" Target="https://www.boe.es/buscar/act.php?id=BOE-A-2015-11430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